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548" w:rsidRDefault="002A0B77">
      <w:pPr>
        <w:pStyle w:val="Title"/>
      </w:pPr>
      <w:r>
        <w:t>Aleksandar Ćosić</w:t>
      </w:r>
    </w:p>
    <w:p w:rsidR="002B7548" w:rsidRDefault="002A0B77">
      <w:r>
        <w:t>📧 acosic77@gmail.com | 📱 +381 69 4297270</w:t>
      </w:r>
    </w:p>
    <w:p w:rsidR="002B7548" w:rsidRDefault="002A0B77">
      <w:r>
        <w:t xml:space="preserve">🌐 LinkedIn: </w:t>
      </w:r>
      <w:hyperlink r:id="rId7" w:history="1">
        <w:r w:rsidRPr="00A514B8">
          <w:rPr>
            <w:rStyle w:val="Hyperlink"/>
          </w:rPr>
          <w:t>https://rs.linkedin.com/in/acosic77</w:t>
        </w:r>
      </w:hyperlink>
    </w:p>
    <w:p w:rsidR="002B7548" w:rsidRDefault="002A0B77">
      <w:pPr>
        <w:pStyle w:val="Heading1"/>
      </w:pPr>
      <w:r>
        <w:t>Professional Summary</w:t>
      </w:r>
    </w:p>
    <w:p w:rsidR="002B7548" w:rsidRDefault="002A0B77" w:rsidP="00A514B8">
      <w:pPr>
        <w:jc w:val="both"/>
      </w:pPr>
      <w:r>
        <w:t>Experienced professional in digital marketing, e-commerce project management, and human resources, with a strong academic background and proven success in online business development, recruitment, and strategic planning. Multilingual, certified in multiple relevant platforms (Google, Cambridge, UN, etc.), with excellent analytical and organizational skills.</w:t>
      </w:r>
      <w:r w:rsidR="0061596A">
        <w:t xml:space="preserve"> </w:t>
      </w:r>
      <w:r w:rsidR="0061596A" w:rsidRPr="0061596A">
        <w:t>Areas of interest: labor law, business ethics, occupational psychology, application of new technologies...</w:t>
      </w:r>
    </w:p>
    <w:p w:rsidR="002B7548" w:rsidRDefault="002A0B77">
      <w:pPr>
        <w:pStyle w:val="Heading1"/>
      </w:pPr>
      <w:r>
        <w:t>Education</w:t>
      </w:r>
    </w:p>
    <w:p w:rsidR="002B7548" w:rsidRDefault="002A0B77">
      <w:r>
        <w:rPr>
          <w:b/>
        </w:rPr>
        <w:t>PhD Candidate – Software Engineering and E-Business</w:t>
      </w:r>
      <w:r>
        <w:t xml:space="preserve"> – Faculty of Organizational Sciences, Belgrade, Serbia (Oct 2024 – Present)</w:t>
      </w:r>
    </w:p>
    <w:p w:rsidR="002B7548" w:rsidRDefault="002A0B77">
      <w:r>
        <w:rPr>
          <w:b/>
        </w:rPr>
        <w:t>Master's in Human Resources Management</w:t>
      </w:r>
      <w:r>
        <w:t xml:space="preserve"> – Faculty of Organizational Sciences, Belgrade, Serbia (Oct 2023 – Sep 2024 (GPA: 9.14))</w:t>
      </w:r>
    </w:p>
    <w:p w:rsidR="002B7548" w:rsidRDefault="002A0B77">
      <w:r>
        <w:rPr>
          <w:b/>
        </w:rPr>
        <w:t>Master's in Industrial Management</w:t>
      </w:r>
      <w:r>
        <w:t xml:space="preserve"> – Faculty of Industrial Management, Kruševac, Serbia (2007 – 2009 (GPA: 9.17))</w:t>
      </w:r>
    </w:p>
    <w:p w:rsidR="002B7548" w:rsidRDefault="002A0B77">
      <w:r>
        <w:rPr>
          <w:b/>
        </w:rPr>
        <w:t>Co</w:t>
      </w:r>
      <w:bookmarkStart w:id="0" w:name="_GoBack"/>
      <w:bookmarkEnd w:id="0"/>
      <w:r>
        <w:rPr>
          <w:b/>
        </w:rPr>
        <w:t>llege of Entrepreneurial Management</w:t>
      </w:r>
      <w:r>
        <w:t xml:space="preserve"> – Economy and Management (2002 – 2004)</w:t>
      </w:r>
    </w:p>
    <w:p w:rsidR="002B7548" w:rsidRDefault="002A0B77">
      <w:pPr>
        <w:pStyle w:val="Heading1"/>
      </w:pPr>
      <w:r>
        <w:t>Professional Experience</w:t>
      </w:r>
    </w:p>
    <w:p w:rsidR="002B7548" w:rsidRDefault="002A0B77">
      <w:r>
        <w:rPr>
          <w:b/>
        </w:rPr>
        <w:t>Head of Online Sector</w:t>
      </w:r>
      <w:r w:rsidR="00A514B8">
        <w:rPr>
          <w:b/>
        </w:rPr>
        <w:t xml:space="preserve"> </w:t>
      </w:r>
      <w:proofErr w:type="spellStart"/>
      <w:r>
        <w:t>Kvantum</w:t>
      </w:r>
      <w:proofErr w:type="spellEnd"/>
      <w:r>
        <w:t xml:space="preserve"> Sport </w:t>
      </w:r>
      <w:proofErr w:type="spellStart"/>
      <w:r>
        <w:t>d.o.o</w:t>
      </w:r>
      <w:proofErr w:type="spellEnd"/>
      <w:r>
        <w:t>. (Aug 2023 – Mar 2024)</w:t>
      </w:r>
    </w:p>
    <w:p w:rsidR="002B7548" w:rsidRDefault="002A0B77">
      <w:pPr>
        <w:pStyle w:val="ListBullet"/>
      </w:pPr>
      <w:r>
        <w:t>Managed online operations and projects including the introduction of Under Armour brand to the Balkan region.</w:t>
      </w:r>
    </w:p>
    <w:p w:rsidR="002B7548" w:rsidRDefault="002A0B77">
      <w:pPr>
        <w:pStyle w:val="ListBullet"/>
      </w:pPr>
      <w:r>
        <w:t>Oversaw digital marketing strategy and analytics.</w:t>
      </w:r>
    </w:p>
    <w:p w:rsidR="002A0B77" w:rsidRDefault="002A0B77" w:rsidP="002A0B77">
      <w:pPr>
        <w:pStyle w:val="ListBullet"/>
      </w:pPr>
      <w:r w:rsidRPr="002A0B77">
        <w:t>Exceeded customer satisfaction by finding creative solutions to problems.</w:t>
      </w:r>
    </w:p>
    <w:p w:rsidR="002B7548" w:rsidRDefault="002A0B77">
      <w:pPr>
        <w:pStyle w:val="ListBullet"/>
      </w:pPr>
      <w:r>
        <w:t>Reported to General Manager and international partners.</w:t>
      </w:r>
    </w:p>
    <w:p w:rsidR="002B7548" w:rsidRDefault="002A0B77">
      <w:r>
        <w:rPr>
          <w:b/>
        </w:rPr>
        <w:t>Digital Marketing Manager</w:t>
      </w:r>
      <w:r w:rsidR="00A514B8">
        <w:rPr>
          <w:b/>
        </w:rPr>
        <w:t xml:space="preserve"> </w:t>
      </w:r>
      <w:proofErr w:type="spellStart"/>
      <w:r>
        <w:t>Pertini</w:t>
      </w:r>
      <w:proofErr w:type="spellEnd"/>
      <w:r>
        <w:t xml:space="preserve"> Toys (Sep 2019 – Dec 2019)</w:t>
      </w:r>
    </w:p>
    <w:p w:rsidR="002B7548" w:rsidRDefault="002A0B77">
      <w:pPr>
        <w:pStyle w:val="ListBullet"/>
      </w:pPr>
      <w:r>
        <w:t>Led e-commerce operations and digital campaigns.</w:t>
      </w:r>
    </w:p>
    <w:p w:rsidR="002B7548" w:rsidRDefault="002A0B77">
      <w:pPr>
        <w:pStyle w:val="ListBullet"/>
      </w:pPr>
      <w:r>
        <w:t>Managed Google Ads, SEO, social media, content creation, and traffic analytics.</w:t>
      </w:r>
    </w:p>
    <w:p w:rsidR="00C0014E" w:rsidRDefault="00C0014E" w:rsidP="00C0014E">
      <w:pPr>
        <w:pStyle w:val="ListBullet"/>
      </w:pPr>
      <w:r w:rsidRPr="00C0014E">
        <w:t>Produced blog posts, pay-per-click ads and promotional content</w:t>
      </w:r>
    </w:p>
    <w:p w:rsidR="00C0014E" w:rsidRDefault="00C0014E" w:rsidP="00C0014E">
      <w:pPr>
        <w:pStyle w:val="ListBullet"/>
      </w:pPr>
      <w:r>
        <w:lastRenderedPageBreak/>
        <w:t>Developed and implemented marketing strategies to increase brand awareness and sales.</w:t>
      </w:r>
    </w:p>
    <w:p w:rsidR="00A514B8" w:rsidRPr="00C0014E" w:rsidRDefault="00C0014E" w:rsidP="00C0014E">
      <w:pPr>
        <w:pStyle w:val="ListBullet"/>
      </w:pPr>
      <w:r>
        <w:t>Collaborated with internal teams such as IT department for technical support when needed.</w:t>
      </w:r>
    </w:p>
    <w:p w:rsidR="002B7548" w:rsidRDefault="002A0B77">
      <w:r>
        <w:rPr>
          <w:b/>
        </w:rPr>
        <w:t>Digital Marketing Project Manager</w:t>
      </w:r>
      <w:r w:rsidR="00A514B8">
        <w:rPr>
          <w:b/>
        </w:rPr>
        <w:t xml:space="preserve"> </w:t>
      </w:r>
      <w:r>
        <w:t>Nobel Corporation (May 2018 – Feb 2019)</w:t>
      </w:r>
    </w:p>
    <w:p w:rsidR="002B7548" w:rsidRDefault="002A0B77">
      <w:pPr>
        <w:pStyle w:val="ListBullet"/>
      </w:pPr>
      <w:r>
        <w:t>Led e-shop launch (Pro100healthy).</w:t>
      </w:r>
    </w:p>
    <w:p w:rsidR="002B7548" w:rsidRDefault="002A0B77">
      <w:pPr>
        <w:pStyle w:val="ListBullet"/>
      </w:pPr>
      <w:r>
        <w:t>Oversaw brand strategy, PPC, analytics, SEO, and team management.</w:t>
      </w:r>
    </w:p>
    <w:p w:rsidR="00C0014E" w:rsidRDefault="00C0014E" w:rsidP="00C0014E">
      <w:pPr>
        <w:pStyle w:val="ListBullet"/>
      </w:pPr>
      <w:r w:rsidRPr="00C0014E">
        <w:t>Created, implemented and tracked project plans to ensure deadlines were met</w:t>
      </w:r>
    </w:p>
    <w:p w:rsidR="002B7548" w:rsidRDefault="002A0B77">
      <w:r>
        <w:rPr>
          <w:b/>
        </w:rPr>
        <w:t>Assistant, IT Department</w:t>
      </w:r>
      <w:r w:rsidR="00A514B8">
        <w:rPr>
          <w:b/>
        </w:rPr>
        <w:t xml:space="preserve"> </w:t>
      </w:r>
      <w:proofErr w:type="spellStart"/>
      <w:r>
        <w:t>Grafart</w:t>
      </w:r>
      <w:proofErr w:type="spellEnd"/>
      <w:r>
        <w:t xml:space="preserve"> </w:t>
      </w:r>
      <w:proofErr w:type="spellStart"/>
      <w:r>
        <w:t>d.o.o</w:t>
      </w:r>
      <w:proofErr w:type="spellEnd"/>
      <w:r>
        <w:t>. (Jun 2015 – Apr 2016)</w:t>
      </w:r>
    </w:p>
    <w:p w:rsidR="002B7548" w:rsidRDefault="002A0B77">
      <w:pPr>
        <w:pStyle w:val="ListBullet"/>
      </w:pPr>
      <w:r>
        <w:t>Supported digital transformation, online sales, and brand visibility.</w:t>
      </w:r>
    </w:p>
    <w:p w:rsidR="002B7548" w:rsidRDefault="002A0B77">
      <w:pPr>
        <w:pStyle w:val="ListBullet"/>
      </w:pPr>
      <w:r>
        <w:t>Handled SEO, help desk, and marketing campaigns.</w:t>
      </w:r>
    </w:p>
    <w:p w:rsidR="00A514B8" w:rsidRDefault="00C0014E" w:rsidP="00C0014E">
      <w:pPr>
        <w:pStyle w:val="ListBullet"/>
      </w:pPr>
      <w:r w:rsidRPr="00C0014E">
        <w:t>Assisted in the preparation of reports, presentations and correspondence.</w:t>
      </w:r>
    </w:p>
    <w:p w:rsidR="00A514B8" w:rsidRDefault="00A514B8" w:rsidP="00A514B8">
      <w:r>
        <w:rPr>
          <w:b/>
        </w:rPr>
        <w:t xml:space="preserve">HR </w:t>
      </w:r>
      <w:proofErr w:type="spellStart"/>
      <w:r>
        <w:rPr>
          <w:b/>
        </w:rPr>
        <w:t>Manager</w:t>
      </w:r>
      <w:r>
        <w:t>Transšped</w:t>
      </w:r>
      <w:proofErr w:type="spellEnd"/>
      <w:r>
        <w:t xml:space="preserve"> </w:t>
      </w:r>
      <w:proofErr w:type="spellStart"/>
      <w:r>
        <w:t>a.d.</w:t>
      </w:r>
      <w:proofErr w:type="spellEnd"/>
      <w:r>
        <w:t xml:space="preserve"> (Jun 2010 – Apr 2015)</w:t>
      </w:r>
    </w:p>
    <w:p w:rsidR="00A514B8" w:rsidRDefault="00A514B8" w:rsidP="00A514B8">
      <w:pPr>
        <w:pStyle w:val="ListBullet"/>
      </w:pPr>
      <w:r>
        <w:t>Directed recruitment, training, HR policies, and administration.</w:t>
      </w:r>
    </w:p>
    <w:p w:rsidR="00A514B8" w:rsidRPr="00A514B8" w:rsidRDefault="00A514B8" w:rsidP="00A514B8">
      <w:pPr>
        <w:pStyle w:val="ListBullet"/>
      </w:pPr>
      <w:r w:rsidRPr="00A514B8">
        <w:t>Negotiated collective bargaining agreements with labor unions by highlighting company profit and operational outcomes.</w:t>
      </w:r>
    </w:p>
    <w:p w:rsidR="00A514B8" w:rsidRDefault="00A514B8" w:rsidP="00A514B8">
      <w:pPr>
        <w:pStyle w:val="ListBullet"/>
      </w:pPr>
      <w:r>
        <w:t>Launched wellness plans to reduce stress, boost morale and increase productivity.</w:t>
      </w:r>
    </w:p>
    <w:p w:rsidR="00A514B8" w:rsidRDefault="00A514B8" w:rsidP="00A514B8">
      <w:pPr>
        <w:pStyle w:val="ListBullet"/>
      </w:pPr>
      <w:r>
        <w:t>Initiated employee evaluation process and recommended policy changes to help staff progress toward desired readiness goals.</w:t>
      </w:r>
    </w:p>
    <w:p w:rsidR="00A514B8" w:rsidRDefault="00A514B8" w:rsidP="00C0014E">
      <w:pPr>
        <w:pStyle w:val="ListBullet"/>
      </w:pPr>
      <w:r>
        <w:t>Directed HR programs, policies and processes to improve operational efficiency.</w:t>
      </w:r>
    </w:p>
    <w:p w:rsidR="002B7548" w:rsidRDefault="002A0B77">
      <w:r>
        <w:rPr>
          <w:b/>
        </w:rPr>
        <w:t>Freelance Digital Marketing Consultant</w:t>
      </w:r>
      <w:r w:rsidR="00A514B8">
        <w:rPr>
          <w:b/>
        </w:rPr>
        <w:t xml:space="preserve"> </w:t>
      </w:r>
      <w:r>
        <w:t>Various Clients (Jan 2010 – Present)</w:t>
      </w:r>
    </w:p>
    <w:p w:rsidR="002B7548" w:rsidRDefault="002A0B77">
      <w:pPr>
        <w:pStyle w:val="ListBullet"/>
      </w:pPr>
      <w:r>
        <w:t>Delivered digital strategy, social media management, SEO, and ad campaigns.</w:t>
      </w:r>
    </w:p>
    <w:p w:rsidR="002B7548" w:rsidRDefault="002A0B77">
      <w:pPr>
        <w:pStyle w:val="ListBullet"/>
      </w:pPr>
      <w:r>
        <w:t>Developed e-commerce platforms and brand presence.</w:t>
      </w:r>
    </w:p>
    <w:p w:rsidR="002B7548" w:rsidRDefault="002A0B77">
      <w:r>
        <w:rPr>
          <w:b/>
        </w:rPr>
        <w:t>Freelance Recruiter &amp; HR Administrator</w:t>
      </w:r>
      <w:r w:rsidR="00A514B8">
        <w:rPr>
          <w:b/>
        </w:rPr>
        <w:t xml:space="preserve"> </w:t>
      </w:r>
      <w:r>
        <w:t>Various Clients (Jan 2008 – Present)</w:t>
      </w:r>
    </w:p>
    <w:p w:rsidR="002B7548" w:rsidRDefault="002A0B77">
      <w:pPr>
        <w:pStyle w:val="ListBullet"/>
      </w:pPr>
      <w:r>
        <w:t>Managed end-to-end recruitment and HR documentation processes.</w:t>
      </w:r>
    </w:p>
    <w:p w:rsidR="00C0014E" w:rsidRDefault="00C0014E" w:rsidP="00C0014E">
      <w:pPr>
        <w:pStyle w:val="ListBullet"/>
      </w:pPr>
      <w:r w:rsidRPr="00C0014E">
        <w:t>Provided a positive candidate experience throughout the recruitment process.</w:t>
      </w:r>
    </w:p>
    <w:p w:rsidR="002B7548" w:rsidRDefault="002A0B77">
      <w:r>
        <w:rPr>
          <w:b/>
        </w:rPr>
        <w:t>Tax Administration Officer</w:t>
      </w:r>
      <w:r w:rsidR="00A514B8">
        <w:rPr>
          <w:b/>
        </w:rPr>
        <w:t xml:space="preserve"> </w:t>
      </w:r>
      <w:r>
        <w:t xml:space="preserve">Local Tax Administration, </w:t>
      </w:r>
      <w:proofErr w:type="spellStart"/>
      <w:r>
        <w:t>Užice</w:t>
      </w:r>
      <w:proofErr w:type="spellEnd"/>
      <w:r>
        <w:t xml:space="preserve"> (Oct 2007 – Apr 2010)</w:t>
      </w:r>
    </w:p>
    <w:p w:rsidR="002B7548" w:rsidRDefault="002A0B77">
      <w:pPr>
        <w:pStyle w:val="ListBullet"/>
      </w:pPr>
      <w:r>
        <w:t>Handled tax documentation, database management, and client support.</w:t>
      </w:r>
    </w:p>
    <w:p w:rsidR="002B7548" w:rsidRDefault="002A0B77">
      <w:r>
        <w:rPr>
          <w:b/>
        </w:rPr>
        <w:t>Computer Science Teacher</w:t>
      </w:r>
      <w:r>
        <w:t>Elementary School 'Manojle Smiljanić', Užice (Sep 2002 – Jun 2003)</w:t>
      </w:r>
    </w:p>
    <w:p w:rsidR="002B7548" w:rsidRDefault="002A0B77">
      <w:pPr>
        <w:pStyle w:val="ListBullet"/>
      </w:pPr>
      <w:r>
        <w:t>Taught computer science fundamentals.</w:t>
      </w:r>
    </w:p>
    <w:p w:rsidR="00A514B8" w:rsidRDefault="00A514B8" w:rsidP="00A514B8">
      <w:pPr>
        <w:pStyle w:val="ListBullet"/>
      </w:pPr>
      <w:r w:rsidRPr="00A514B8">
        <w:t>Cultivated collaborative and innovative learning environment to meet each student's unique educational needs.</w:t>
      </w:r>
    </w:p>
    <w:p w:rsidR="002B7548" w:rsidRDefault="002A0B77">
      <w:r>
        <w:rPr>
          <w:b/>
        </w:rPr>
        <w:lastRenderedPageBreak/>
        <w:t>Freelance Translator – English/Serbian</w:t>
      </w:r>
      <w:r w:rsidR="00A514B8">
        <w:rPr>
          <w:b/>
        </w:rPr>
        <w:t xml:space="preserve"> </w:t>
      </w:r>
      <w:r>
        <w:t>Various Clients (Jan 1999 – Present)</w:t>
      </w:r>
    </w:p>
    <w:p w:rsidR="00A514B8" w:rsidRDefault="002A0B77" w:rsidP="00C0014E">
      <w:pPr>
        <w:pStyle w:val="ListBullet"/>
      </w:pPr>
      <w:r>
        <w:t>Translated</w:t>
      </w:r>
      <w:r w:rsidR="00C0014E">
        <w:t xml:space="preserve"> and </w:t>
      </w:r>
      <w:proofErr w:type="gramStart"/>
      <w:r w:rsidR="00C0014E">
        <w:t xml:space="preserve">QC </w:t>
      </w:r>
      <w:r>
        <w:t xml:space="preserve"> technical</w:t>
      </w:r>
      <w:proofErr w:type="gramEnd"/>
      <w:r>
        <w:t xml:space="preserve"> manuals, documents, books, and correspondence.</w:t>
      </w:r>
    </w:p>
    <w:p w:rsidR="002B7548" w:rsidRDefault="002A0B77">
      <w:pPr>
        <w:pStyle w:val="Heading1"/>
      </w:pPr>
      <w:r>
        <w:t>Technical Skills</w:t>
      </w:r>
    </w:p>
    <w:p w:rsidR="0061596A" w:rsidRDefault="002A0B77" w:rsidP="0061596A">
      <w:r>
        <w:t>• Google Ads, Google Anal</w:t>
      </w:r>
      <w:r w:rsidR="0061596A">
        <w:t>ytics, Facebook Business Manager</w:t>
      </w:r>
    </w:p>
    <w:p w:rsidR="002B7548" w:rsidRDefault="0061596A" w:rsidP="0061596A">
      <w:r w:rsidRPr="0061596A">
        <w:t>•</w:t>
      </w:r>
      <w:r>
        <w:t xml:space="preserve"> </w:t>
      </w:r>
      <w:r w:rsidR="002A0B77">
        <w:t>MS Office, Windows OS</w:t>
      </w:r>
    </w:p>
    <w:p w:rsidR="0061596A" w:rsidRDefault="0061596A" w:rsidP="0061596A">
      <w:r w:rsidRPr="0061596A">
        <w:t>•</w:t>
      </w:r>
      <w:r>
        <w:t xml:space="preserve"> Applicant tracking systems</w:t>
      </w:r>
    </w:p>
    <w:p w:rsidR="002B7548" w:rsidRDefault="002A0B77" w:rsidP="0061596A">
      <w:r>
        <w:t>• SEO, SEM, CMS systems, social media platforms</w:t>
      </w:r>
    </w:p>
    <w:p w:rsidR="002B7548" w:rsidRDefault="00A514B8" w:rsidP="0061596A">
      <w:proofErr w:type="gramStart"/>
      <w:r>
        <w:t>•  P</w:t>
      </w:r>
      <w:r w:rsidR="002A0B77">
        <w:t>hoto</w:t>
      </w:r>
      <w:proofErr w:type="gramEnd"/>
      <w:r w:rsidR="002A0B77">
        <w:t xml:space="preserve"> editing software</w:t>
      </w:r>
    </w:p>
    <w:p w:rsidR="002B7548" w:rsidRDefault="002A0B77">
      <w:pPr>
        <w:pStyle w:val="Heading1"/>
      </w:pPr>
      <w:r>
        <w:t>Languages</w:t>
      </w:r>
    </w:p>
    <w:p w:rsidR="002B7548" w:rsidRDefault="002A0B77">
      <w:r>
        <w:t>• English: Advanced (speaking, reading, writing)</w:t>
      </w:r>
    </w:p>
    <w:p w:rsidR="002B7548" w:rsidRDefault="002A0B77">
      <w:r>
        <w:t>• Serbian: Native</w:t>
      </w:r>
    </w:p>
    <w:p w:rsidR="002B7548" w:rsidRDefault="002A0B77">
      <w:pPr>
        <w:pStyle w:val="Heading1"/>
      </w:pPr>
      <w:r>
        <w:t>Certifications</w:t>
      </w:r>
    </w:p>
    <w:p w:rsidR="002B7548" w:rsidRDefault="002A0B77">
      <w:r>
        <w:t>• Cambridge CAE – Certificate in Advanced English</w:t>
      </w:r>
    </w:p>
    <w:p w:rsidR="002B7548" w:rsidRDefault="002A0B77">
      <w:r>
        <w:t>• GCL Certificate – Global Commerce Licence (European Economic Chamber, Brussels)</w:t>
      </w:r>
    </w:p>
    <w:p w:rsidR="002B7548" w:rsidRDefault="002A0B77">
      <w:r>
        <w:t>• Google Ads &amp; Analytics Certified</w:t>
      </w:r>
    </w:p>
    <w:p w:rsidR="002B7548" w:rsidRDefault="002A0B77">
      <w:r>
        <w:t>• Project Management: The Basics for Success – University of California, Irvine</w:t>
      </w:r>
    </w:p>
    <w:p w:rsidR="002B7548" w:rsidRDefault="002A0B77">
      <w:r>
        <w:t>• The New HR: 21st Century Talent Management</w:t>
      </w:r>
    </w:p>
    <w:p w:rsidR="002B7548" w:rsidRDefault="00C0014E" w:rsidP="00C0014E">
      <w:r w:rsidRPr="00C0014E">
        <w:t>•</w:t>
      </w:r>
      <w:r>
        <w:t xml:space="preserve"> </w:t>
      </w:r>
      <w:r w:rsidR="002A0B77">
        <w:t>Fundamentals of the UN E-Government – UN Department of Economic and Social Affairs</w:t>
      </w:r>
    </w:p>
    <w:p w:rsidR="00C0014E" w:rsidRDefault="00C0014E">
      <w:r w:rsidRPr="00C0014E">
        <w:t>•</w:t>
      </w:r>
      <w:r>
        <w:t xml:space="preserve"> GDPR</w:t>
      </w:r>
    </w:p>
    <w:p w:rsidR="002B7548" w:rsidRDefault="002A0B77">
      <w:r>
        <w:t xml:space="preserve">• </w:t>
      </w:r>
      <w:hyperlink r:id="rId8" w:history="1">
        <w:r w:rsidRPr="0061596A">
          <w:rPr>
            <w:rStyle w:val="Hyperlink"/>
          </w:rPr>
          <w:t>Full certificate list available on LinkedIn profile</w:t>
        </w:r>
      </w:hyperlink>
    </w:p>
    <w:p w:rsidR="002B7548" w:rsidRDefault="002A0B77">
      <w:pPr>
        <w:pStyle w:val="Heading1"/>
      </w:pPr>
      <w:r>
        <w:t>Key Strengths</w:t>
      </w:r>
    </w:p>
    <w:p w:rsidR="002B7548" w:rsidRDefault="002A0B77">
      <w:r>
        <w:t>• Strong analytical and organizational skills</w:t>
      </w:r>
    </w:p>
    <w:p w:rsidR="002B7548" w:rsidRDefault="002A0B77">
      <w:r>
        <w:t>• Strategic thinker with practical execution capabilities</w:t>
      </w:r>
    </w:p>
    <w:p w:rsidR="002B7548" w:rsidRDefault="002A0B77">
      <w:r>
        <w:t>• High cognitive ability (Mensa level IQ)</w:t>
      </w:r>
    </w:p>
    <w:p w:rsidR="002B7548" w:rsidRDefault="002A0B77">
      <w:r>
        <w:t>• Excellent communicator and project leader</w:t>
      </w:r>
    </w:p>
    <w:sectPr w:rsidR="002B7548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5EC1EF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1B331719"/>
    <w:multiLevelType w:val="hybridMultilevel"/>
    <w:tmpl w:val="B7F608C6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761F7D"/>
    <w:multiLevelType w:val="hybridMultilevel"/>
    <w:tmpl w:val="E14CE376"/>
    <w:lvl w:ilvl="0" w:tplc="2EAE20A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1C7FDF"/>
    <w:multiLevelType w:val="hybridMultilevel"/>
    <w:tmpl w:val="B39271EE"/>
    <w:lvl w:ilvl="0" w:tplc="2EAE20A0">
      <w:numFmt w:val="bullet"/>
      <w:lvlText w:val="•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2A0B77"/>
    <w:rsid w:val="002B7548"/>
    <w:rsid w:val="00326F90"/>
    <w:rsid w:val="0061596A"/>
    <w:rsid w:val="00A514B8"/>
    <w:rsid w:val="00AA1D8D"/>
    <w:rsid w:val="00B47730"/>
    <w:rsid w:val="00C0014E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4B8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514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4B8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514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acosic77/details/certifications/" TargetMode="External"/><Relationship Id="rId3" Type="http://schemas.openxmlformats.org/officeDocument/2006/relationships/styles" Target="styles.xml"/><Relationship Id="rId7" Type="http://schemas.openxmlformats.org/officeDocument/2006/relationships/hyperlink" Target="https://rs.linkedin.com/in/acosic7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B1C42C1-1898-43F1-9EDA-CDA9FA499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Aleksandar</cp:lastModifiedBy>
  <cp:revision>2</cp:revision>
  <dcterms:created xsi:type="dcterms:W3CDTF">2025-06-24T21:02:00Z</dcterms:created>
  <dcterms:modified xsi:type="dcterms:W3CDTF">2025-06-24T21:02:00Z</dcterms:modified>
</cp:coreProperties>
</file>